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1D96A" w14:textId="2B5E7566" w:rsidR="00AE6794" w:rsidRPr="00AE6794" w:rsidRDefault="00AE6794" w:rsidP="00AE6794">
      <w:r>
        <w:t xml:space="preserve">Vivekanand Satyanarayan Tiwari </w:t>
      </w:r>
    </w:p>
    <w:p w14:paraId="03F0A9F6" w14:textId="77777777" w:rsidR="00AB6F04" w:rsidRDefault="00000000">
      <w:r>
        <w:t>Dubai, UAE</w:t>
      </w:r>
    </w:p>
    <w:p w14:paraId="658811FE" w14:textId="7BBFD6EE" w:rsidR="0093701D" w:rsidRDefault="0093701D">
      <w:r>
        <w:t>+971 544329185</w:t>
      </w:r>
    </w:p>
    <w:p w14:paraId="6B7A06C8" w14:textId="4CFF263D" w:rsidR="00AB6F04" w:rsidRDefault="00AE6794">
      <w:r>
        <w:t>Vivekanandtiwari400@gmail.com</w:t>
      </w:r>
    </w:p>
    <w:p w14:paraId="43632057" w14:textId="77777777" w:rsidR="00AB6F04" w:rsidRDefault="00000000">
      <w:pPr>
        <w:pStyle w:val="Heading2"/>
      </w:pPr>
      <w:r>
        <w:t>Personal Statement</w:t>
      </w:r>
    </w:p>
    <w:p w14:paraId="4CDC82D8" w14:textId="77777777" w:rsidR="00AB6F04" w:rsidRDefault="00000000">
      <w:r>
        <w:t>Reliable and motivated student currently pursuing a degree at Global Business Studies in Dubai. Seeking a part-time cashier position to contribute strong communication, organization, and customer service skills. Experienced in handling transactions, working under pressure, and maintaining a friendly, professional attitude.</w:t>
      </w:r>
    </w:p>
    <w:p w14:paraId="42947F1F" w14:textId="77777777" w:rsidR="00AB6F04" w:rsidRDefault="00000000">
      <w:pPr>
        <w:pStyle w:val="Heading2"/>
      </w:pPr>
      <w:r>
        <w:t>Education</w:t>
      </w:r>
    </w:p>
    <w:p w14:paraId="6A9FBC7D" w14:textId="174A05AD" w:rsidR="0093701D" w:rsidRDefault="0093701D">
      <w:r>
        <w:t>High-school:</w:t>
      </w:r>
    </w:p>
    <w:p w14:paraId="01E232F1" w14:textId="6611E29D" w:rsidR="0093701D" w:rsidRDefault="0093701D">
      <w:r>
        <w:t>Delhi Public School- Tema, Ghana</w:t>
      </w:r>
    </w:p>
    <w:p w14:paraId="127EDC69" w14:textId="5DD5B0B5" w:rsidR="0093701D" w:rsidRDefault="0093701D">
      <w:r>
        <w:t xml:space="preserve">A-levels in </w:t>
      </w:r>
      <w:proofErr w:type="gramStart"/>
      <w:r>
        <w:t>Science</w:t>
      </w:r>
      <w:proofErr w:type="gramEnd"/>
    </w:p>
    <w:p w14:paraId="2B989D77" w14:textId="0B94E848" w:rsidR="0093701D" w:rsidRDefault="0093701D">
      <w:r>
        <w:t>University:</w:t>
      </w:r>
    </w:p>
    <w:p w14:paraId="55DD9C41" w14:textId="09A5757B" w:rsidR="00AB6F04" w:rsidRDefault="00000000">
      <w:r>
        <w:t>Global Business Studies – Dubai, UAE</w:t>
      </w:r>
    </w:p>
    <w:p w14:paraId="2A55BB5D" w14:textId="1471CF45" w:rsidR="0093701D" w:rsidRDefault="0093701D">
      <w:r>
        <w:t>Extended Diploma in Business- Level 3</w:t>
      </w:r>
    </w:p>
    <w:p w14:paraId="3B77C1D1" w14:textId="6340E9C8" w:rsidR="00AB6F04" w:rsidRDefault="00000000">
      <w:r>
        <w:t xml:space="preserve">Expected Graduation: </w:t>
      </w:r>
      <w:r w:rsidR="0093701D">
        <w:t>March 2026</w:t>
      </w:r>
    </w:p>
    <w:p w14:paraId="7C53464A" w14:textId="77777777" w:rsidR="00AB6F04" w:rsidRDefault="00000000">
      <w:pPr>
        <w:pStyle w:val="Heading2"/>
      </w:pPr>
      <w:r>
        <w:t>Experience</w:t>
      </w:r>
    </w:p>
    <w:p w14:paraId="21BC7D25" w14:textId="2C3EE9B8" w:rsidR="00AB6F04" w:rsidRDefault="00000000">
      <w:r>
        <w:t xml:space="preserve">Cashier – Family-Owned Supermarket, </w:t>
      </w:r>
      <w:r w:rsidR="00AE6794">
        <w:t>Ghana</w:t>
      </w:r>
    </w:p>
    <w:p w14:paraId="5719BC72" w14:textId="6DFEF494" w:rsidR="00AB6F04" w:rsidRDefault="00000000">
      <w:r>
        <w:t xml:space="preserve">Dates: </w:t>
      </w:r>
      <w:r w:rsidR="00AE6794">
        <w:t>10/7/2024- 5/8/2024</w:t>
      </w:r>
    </w:p>
    <w:p w14:paraId="115F509C" w14:textId="7DEF47C3" w:rsidR="00AB6F04" w:rsidRDefault="00000000">
      <w:r>
        <w:t>- Handled daily transactions and managed cash register</w:t>
      </w:r>
      <w:r>
        <w:br/>
        <w:t>- Assisted customers with inquiries and purchases</w:t>
      </w:r>
      <w:r>
        <w:br/>
        <w:t>- Maintained cleanliness and organization of checkout area</w:t>
      </w:r>
    </w:p>
    <w:p w14:paraId="10A4396E" w14:textId="77777777" w:rsidR="00AB6F04" w:rsidRDefault="00000000">
      <w:pPr>
        <w:pStyle w:val="Heading2"/>
      </w:pPr>
      <w:r>
        <w:t>Skills</w:t>
      </w:r>
    </w:p>
    <w:p w14:paraId="073BF2C0" w14:textId="77777777" w:rsidR="00AB6F04" w:rsidRDefault="00000000">
      <w:r>
        <w:t>- Customer service &amp; communication</w:t>
      </w:r>
      <w:r>
        <w:br/>
        <w:t>- Cash handling &amp; basic accounting</w:t>
      </w:r>
      <w:r>
        <w:br/>
        <w:t>- Time management and multitasking</w:t>
      </w:r>
      <w:r>
        <w:br/>
        <w:t>- POS system familiarity</w:t>
      </w:r>
      <w:r>
        <w:br/>
        <w:t>- Teamwork and flexibility</w:t>
      </w:r>
    </w:p>
    <w:p w14:paraId="21DC75A9" w14:textId="77777777" w:rsidR="00AB6F04" w:rsidRDefault="00000000">
      <w:pPr>
        <w:pStyle w:val="Heading2"/>
      </w:pPr>
      <w:r>
        <w:t>Languages</w:t>
      </w:r>
    </w:p>
    <w:p w14:paraId="219A99EE" w14:textId="77777777" w:rsidR="00AB6F04" w:rsidRDefault="00000000">
      <w:r>
        <w:t>English (Fluent)</w:t>
      </w:r>
    </w:p>
    <w:p w14:paraId="3B359FFE" w14:textId="3C8375BB" w:rsidR="00AE6794" w:rsidRDefault="00AE6794">
      <w:r>
        <w:lastRenderedPageBreak/>
        <w:t>Hindi (Fluent)</w:t>
      </w:r>
    </w:p>
    <w:p w14:paraId="59238D9D" w14:textId="77777777" w:rsidR="00AB6F04" w:rsidRDefault="00000000">
      <w:pPr>
        <w:pStyle w:val="Heading2"/>
      </w:pPr>
      <w:r>
        <w:t>References</w:t>
      </w:r>
    </w:p>
    <w:p w14:paraId="43FC9BD3" w14:textId="77777777" w:rsidR="00AB6F04" w:rsidRDefault="00000000">
      <w:r>
        <w:t>Available upon request</w:t>
      </w:r>
    </w:p>
    <w:sectPr w:rsidR="00AB6F04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B59F0" w14:textId="77777777" w:rsidR="008D6C5D" w:rsidRDefault="008D6C5D" w:rsidP="0093701D">
      <w:pPr>
        <w:spacing w:after="0" w:line="240" w:lineRule="auto"/>
      </w:pPr>
      <w:r>
        <w:separator/>
      </w:r>
    </w:p>
  </w:endnote>
  <w:endnote w:type="continuationSeparator" w:id="0">
    <w:p w14:paraId="14BD7A8F" w14:textId="77777777" w:rsidR="008D6C5D" w:rsidRDefault="008D6C5D" w:rsidP="00937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7E719" w14:textId="77777777" w:rsidR="0093701D" w:rsidRDefault="009370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021B0" w14:textId="77777777" w:rsidR="008D6C5D" w:rsidRDefault="008D6C5D" w:rsidP="0093701D">
      <w:pPr>
        <w:spacing w:after="0" w:line="240" w:lineRule="auto"/>
      </w:pPr>
      <w:r>
        <w:separator/>
      </w:r>
    </w:p>
  </w:footnote>
  <w:footnote w:type="continuationSeparator" w:id="0">
    <w:p w14:paraId="5A656994" w14:textId="77777777" w:rsidR="008D6C5D" w:rsidRDefault="008D6C5D" w:rsidP="009370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5832A" w14:textId="77777777" w:rsidR="0093701D" w:rsidRDefault="009370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80515512">
    <w:abstractNumId w:val="8"/>
  </w:num>
  <w:num w:numId="2" w16cid:durableId="441464154">
    <w:abstractNumId w:val="6"/>
  </w:num>
  <w:num w:numId="3" w16cid:durableId="1357584292">
    <w:abstractNumId w:val="5"/>
  </w:num>
  <w:num w:numId="4" w16cid:durableId="1785149967">
    <w:abstractNumId w:val="4"/>
  </w:num>
  <w:num w:numId="5" w16cid:durableId="1105419346">
    <w:abstractNumId w:val="7"/>
  </w:num>
  <w:num w:numId="6" w16cid:durableId="99299474">
    <w:abstractNumId w:val="3"/>
  </w:num>
  <w:num w:numId="7" w16cid:durableId="1417706626">
    <w:abstractNumId w:val="2"/>
  </w:num>
  <w:num w:numId="8" w16cid:durableId="1223101771">
    <w:abstractNumId w:val="1"/>
  </w:num>
  <w:num w:numId="9" w16cid:durableId="1158152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445B0"/>
    <w:rsid w:val="00502069"/>
    <w:rsid w:val="008D6C5D"/>
    <w:rsid w:val="0093701D"/>
    <w:rsid w:val="00AA1D8D"/>
    <w:rsid w:val="00AB6F04"/>
    <w:rsid w:val="00AE6794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CCEE2B"/>
  <w14:defaultImageDpi w14:val="300"/>
  <w15:docId w15:val="{D7C0DF00-DF1C-4377-9F9C-CCBEF7017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139</Words>
  <Characters>972</Characters>
  <Application>Microsoft Office Word</Application>
  <DocSecurity>0</DocSecurity>
  <Lines>33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vivekanandtiwari400@gmail.com</cp:lastModifiedBy>
  <cp:revision>3</cp:revision>
  <dcterms:created xsi:type="dcterms:W3CDTF">2025-06-06T15:18:00Z</dcterms:created>
  <dcterms:modified xsi:type="dcterms:W3CDTF">2025-07-14T09:51:00Z</dcterms:modified>
  <cp:category/>
</cp:coreProperties>
</file>