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7BAA6C" w14:textId="66504DF2" w:rsidR="00DA620D" w:rsidRPr="00DA620D" w:rsidRDefault="00000000" w:rsidP="00DA620D">
      <w:pPr>
        <w:pStyle w:val="Heading1"/>
      </w:pPr>
      <w:r>
        <w:t>AROCKIA ANTONY RAJ K</w:t>
      </w:r>
      <w:r w:rsidR="00DA620D">
        <w:t xml:space="preserve">                                             </w:t>
      </w:r>
      <w:r w:rsidR="00DA620D">
        <w:rPr>
          <w:noProof/>
        </w:rPr>
        <w:drawing>
          <wp:inline distT="0" distB="0" distL="0" distR="0" wp14:anchorId="12C73B48" wp14:editId="301CFE72">
            <wp:extent cx="866775" cy="1114425"/>
            <wp:effectExtent l="0" t="0" r="9525" b="9525"/>
            <wp:docPr id="754302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302096" name="Picture 754302096"/>
                    <pic:cNvPicPr/>
                  </pic:nvPicPr>
                  <pic:blipFill>
                    <a:blip r:embed="rId6"/>
                    <a:stretch>
                      <a:fillRect/>
                    </a:stretch>
                  </pic:blipFill>
                  <pic:spPr>
                    <a:xfrm>
                      <a:off x="0" y="0"/>
                      <a:ext cx="882475" cy="1134611"/>
                    </a:xfrm>
                    <a:prstGeom prst="rect">
                      <a:avLst/>
                    </a:prstGeom>
                  </pic:spPr>
                </pic:pic>
              </a:graphicData>
            </a:graphic>
          </wp:inline>
        </w:drawing>
      </w:r>
    </w:p>
    <w:p w14:paraId="29FB74C7" w14:textId="77777777" w:rsidR="00601C29" w:rsidRDefault="00000000">
      <w:r>
        <w:t>Inventory Controller | Inventory Manager | Supply Chain &amp; Warehouse Operations</w:t>
      </w:r>
    </w:p>
    <w:p w14:paraId="2EBBB815" w14:textId="77777777" w:rsidR="00601C29" w:rsidRDefault="00000000">
      <w:r>
        <w:t>Phone: +971 542894045 | Email: sharaj330@gmail.com | Location: UAE</w:t>
      </w:r>
    </w:p>
    <w:p w14:paraId="7291C389" w14:textId="77777777" w:rsidR="00601C29" w:rsidRDefault="00000000">
      <w:r>
        <w:rPr>
          <w:b/>
          <w:sz w:val="28"/>
        </w:rPr>
        <w:t>PROFESSIONAL SUMMARY</w:t>
      </w:r>
    </w:p>
    <w:p w14:paraId="5D074AAA" w14:textId="77777777" w:rsidR="00601C29" w:rsidRDefault="00000000">
      <w:r>
        <w:t>Results-driven Inventory Controller with 10+ years of experience in inventory management, stock control, warehouse operations, purchasing, and supply chain coordination across retail and FMCG environments. Skilled in ERP systems, stock audits, reconciliation, shrinkage control, and process improvement. Proven ability to reduce losses, maintain accurate records, and support business profitability.</w:t>
      </w:r>
    </w:p>
    <w:p w14:paraId="7BC84B2C" w14:textId="77777777" w:rsidR="00601C29" w:rsidRDefault="00000000">
      <w:r>
        <w:rPr>
          <w:b/>
          <w:sz w:val="28"/>
        </w:rPr>
        <w:t>KEY SKILLS</w:t>
      </w:r>
    </w:p>
    <w:p w14:paraId="4DF8DB02" w14:textId="77777777" w:rsidR="00601C29" w:rsidRDefault="00000000">
      <w:pPr>
        <w:pStyle w:val="ListBullet"/>
      </w:pPr>
      <w:r>
        <w:t>Inventory Control &amp; Stock Reconciliation</w:t>
      </w:r>
    </w:p>
    <w:p w14:paraId="5EF6B7A9" w14:textId="77777777" w:rsidR="00601C29" w:rsidRDefault="00000000">
      <w:pPr>
        <w:pStyle w:val="ListBullet"/>
      </w:pPr>
      <w:r>
        <w:t>Stock Audits &amp; Physical Verification</w:t>
      </w:r>
    </w:p>
    <w:p w14:paraId="39F0C9BA" w14:textId="77777777" w:rsidR="00601C29" w:rsidRDefault="00000000">
      <w:pPr>
        <w:pStyle w:val="ListBullet"/>
      </w:pPr>
      <w:r>
        <w:t>Warehouse &amp; Store Operations</w:t>
      </w:r>
    </w:p>
    <w:p w14:paraId="6577BDA8" w14:textId="77777777" w:rsidR="00601C29" w:rsidRDefault="00000000">
      <w:pPr>
        <w:pStyle w:val="ListBullet"/>
      </w:pPr>
      <w:r>
        <w:t>ERP Systems (Tally ERP, RAMCO, Inventory ERP)</w:t>
      </w:r>
    </w:p>
    <w:p w14:paraId="3DB3D51C" w14:textId="77777777" w:rsidR="00601C29" w:rsidRDefault="00000000">
      <w:pPr>
        <w:pStyle w:val="ListBullet"/>
      </w:pPr>
      <w:r>
        <w:t>Procurement &amp; Vendor Management</w:t>
      </w:r>
    </w:p>
    <w:p w14:paraId="37036F69" w14:textId="77777777" w:rsidR="00601C29" w:rsidRDefault="00000000">
      <w:pPr>
        <w:pStyle w:val="ListBullet"/>
      </w:pPr>
      <w:r>
        <w:t>Budgeting &amp; Cost Control</w:t>
      </w:r>
    </w:p>
    <w:p w14:paraId="19D5D9A0" w14:textId="77777777" w:rsidR="00601C29" w:rsidRDefault="00000000">
      <w:pPr>
        <w:pStyle w:val="ListBullet"/>
      </w:pPr>
      <w:r>
        <w:t>Reporting &amp; Data Analysis (Excel Advanced)</w:t>
      </w:r>
    </w:p>
    <w:p w14:paraId="3C0A97BB" w14:textId="77777777" w:rsidR="00601C29" w:rsidRDefault="00000000">
      <w:pPr>
        <w:pStyle w:val="ListBullet"/>
      </w:pPr>
      <w:r>
        <w:t>Team Supervision &amp; Process Improvement</w:t>
      </w:r>
    </w:p>
    <w:p w14:paraId="7D6BBB25" w14:textId="77777777" w:rsidR="00601C29" w:rsidRDefault="00000000">
      <w:r>
        <w:rPr>
          <w:b/>
          <w:sz w:val="28"/>
        </w:rPr>
        <w:t>PROFESSIONAL EXPERIENCE</w:t>
      </w:r>
    </w:p>
    <w:p w14:paraId="28F76EF5" w14:textId="77777777" w:rsidR="00601C29" w:rsidRDefault="00000000">
      <w:r>
        <w:rPr>
          <w:b/>
        </w:rPr>
        <w:t>Homesmiths – UAE | Inventory Controller</w:t>
      </w:r>
    </w:p>
    <w:p w14:paraId="376871DD" w14:textId="4905E27F" w:rsidR="00601C29" w:rsidRDefault="00000000">
      <w:r>
        <w:t>202</w:t>
      </w:r>
      <w:r w:rsidR="00DA620D">
        <w:t>3</w:t>
      </w:r>
      <w:r>
        <w:t xml:space="preserve"> – Present</w:t>
      </w:r>
    </w:p>
    <w:p w14:paraId="3CE5025A" w14:textId="77777777" w:rsidR="00601C29" w:rsidRDefault="00000000">
      <w:pPr>
        <w:pStyle w:val="ListBullet"/>
      </w:pPr>
      <w:r>
        <w:t>Managed end-to-end inventory operations for retail warehouse and store locations.</w:t>
      </w:r>
    </w:p>
    <w:p w14:paraId="38981315" w14:textId="77777777" w:rsidR="00601C29" w:rsidRDefault="00000000">
      <w:pPr>
        <w:pStyle w:val="ListBullet"/>
      </w:pPr>
      <w:r>
        <w:t>Performed daily stock reconciliation and cycle counts to ensure 100% accuracy.</w:t>
      </w:r>
    </w:p>
    <w:p w14:paraId="3D20E50B" w14:textId="77777777" w:rsidR="00601C29" w:rsidRDefault="00000000">
      <w:pPr>
        <w:pStyle w:val="ListBullet"/>
      </w:pPr>
      <w:r>
        <w:t>Monitored fast-moving and high-value items to prevent shrinkage and stock loss.</w:t>
      </w:r>
    </w:p>
    <w:p w14:paraId="31FFBDB9" w14:textId="77777777" w:rsidR="00601C29" w:rsidRDefault="00000000">
      <w:pPr>
        <w:pStyle w:val="ListBullet"/>
      </w:pPr>
      <w:r>
        <w:t>Maintained ERP records, GRN, transfers, returns, and damage reports.</w:t>
      </w:r>
    </w:p>
    <w:p w14:paraId="3B1E3D2C" w14:textId="77777777" w:rsidR="00601C29" w:rsidRDefault="00000000">
      <w:pPr>
        <w:pStyle w:val="ListBullet"/>
      </w:pPr>
      <w:r>
        <w:t>Coordinated with purchasing, warehouse, and sales teams for replenishment planning.</w:t>
      </w:r>
    </w:p>
    <w:p w14:paraId="71C8867E" w14:textId="77777777" w:rsidR="00DA620D" w:rsidRDefault="00DA620D" w:rsidP="00DA620D">
      <w:pPr>
        <w:pStyle w:val="ListBullet"/>
        <w:numPr>
          <w:ilvl w:val="0"/>
          <w:numId w:val="0"/>
        </w:numPr>
      </w:pPr>
    </w:p>
    <w:p w14:paraId="7F20BAE8" w14:textId="77777777" w:rsidR="00DA620D" w:rsidRDefault="00DA620D" w:rsidP="00DA620D">
      <w:pPr>
        <w:pStyle w:val="ListBullet"/>
        <w:numPr>
          <w:ilvl w:val="0"/>
          <w:numId w:val="0"/>
        </w:numPr>
      </w:pPr>
    </w:p>
    <w:p w14:paraId="121D8818" w14:textId="77777777" w:rsidR="00601C29" w:rsidRDefault="00000000">
      <w:r>
        <w:rPr>
          <w:b/>
        </w:rPr>
        <w:lastRenderedPageBreak/>
        <w:t>Tamil Mart – Dubai, UAE | Inventory Manager</w:t>
      </w:r>
    </w:p>
    <w:p w14:paraId="11FAC2A9" w14:textId="77777777" w:rsidR="00601C29" w:rsidRDefault="00000000">
      <w:r>
        <w:t>2022 – 2023</w:t>
      </w:r>
    </w:p>
    <w:p w14:paraId="5C0A7AE0" w14:textId="77777777" w:rsidR="00601C29" w:rsidRDefault="00000000">
      <w:pPr>
        <w:pStyle w:val="ListBullet"/>
      </w:pPr>
      <w:r>
        <w:t>Led complete inventory control and stock planning activities.</w:t>
      </w:r>
    </w:p>
    <w:p w14:paraId="1918C708" w14:textId="77777777" w:rsidR="00601C29" w:rsidRDefault="00000000">
      <w:pPr>
        <w:pStyle w:val="ListBullet"/>
      </w:pPr>
      <w:r>
        <w:t>Conducted physical verification and investigated discrepancies.</w:t>
      </w:r>
    </w:p>
    <w:p w14:paraId="669847B5" w14:textId="77777777" w:rsidR="00601C29" w:rsidRDefault="00000000">
      <w:pPr>
        <w:pStyle w:val="ListBullet"/>
      </w:pPr>
      <w:r>
        <w:t>Prepared inventory reports, shortages, and valuation analysis.</w:t>
      </w:r>
    </w:p>
    <w:p w14:paraId="7B03E7BB" w14:textId="77777777" w:rsidR="00601C29" w:rsidRDefault="00000000">
      <w:pPr>
        <w:pStyle w:val="ListBullet"/>
      </w:pPr>
      <w:r>
        <w:t>Managed suppliers and replenishment processes.</w:t>
      </w:r>
    </w:p>
    <w:p w14:paraId="5FDDF03C" w14:textId="77777777" w:rsidR="00601C29" w:rsidRDefault="00000000">
      <w:r>
        <w:rPr>
          <w:b/>
        </w:rPr>
        <w:t>Centimeter Cube – Dubai, UAE | Inventory Head / Purchase Head</w:t>
      </w:r>
    </w:p>
    <w:p w14:paraId="60561F03" w14:textId="77777777" w:rsidR="00601C29" w:rsidRDefault="00000000">
      <w:r>
        <w:t>2020 – 2022</w:t>
      </w:r>
    </w:p>
    <w:p w14:paraId="62F0A189" w14:textId="77777777" w:rsidR="00601C29" w:rsidRDefault="00000000">
      <w:pPr>
        <w:pStyle w:val="ListBullet"/>
      </w:pPr>
      <w:r>
        <w:t>Handled procurement, vendor negotiation, and purchase order management.</w:t>
      </w:r>
    </w:p>
    <w:p w14:paraId="4471F0BE" w14:textId="77777777" w:rsidR="00601C29" w:rsidRDefault="00000000">
      <w:pPr>
        <w:pStyle w:val="ListBullet"/>
      </w:pPr>
      <w:r>
        <w:t>Maintained pricing data and purchasing records in ERP.</w:t>
      </w:r>
    </w:p>
    <w:p w14:paraId="622D790C" w14:textId="77777777" w:rsidR="00601C29" w:rsidRDefault="00000000">
      <w:pPr>
        <w:pStyle w:val="ListBullet"/>
      </w:pPr>
      <w:r>
        <w:t>Ensured on-time delivery and optimized purchase costs.</w:t>
      </w:r>
    </w:p>
    <w:p w14:paraId="05899AE7" w14:textId="77777777" w:rsidR="00601C29" w:rsidRDefault="00000000">
      <w:r>
        <w:rPr>
          <w:b/>
        </w:rPr>
        <w:t>Sportland FZCO – Dubai, UAE | Inventory Manager</w:t>
      </w:r>
    </w:p>
    <w:p w14:paraId="0B0845B8" w14:textId="77777777" w:rsidR="00601C29" w:rsidRDefault="00000000">
      <w:r>
        <w:t>2017 – 2020</w:t>
      </w:r>
    </w:p>
    <w:p w14:paraId="5767675A" w14:textId="77777777" w:rsidR="00601C29" w:rsidRDefault="00000000">
      <w:pPr>
        <w:pStyle w:val="ListBullet"/>
      </w:pPr>
      <w:r>
        <w:t>Managed warehouse inventory and stock movement control.</w:t>
      </w:r>
    </w:p>
    <w:p w14:paraId="34F4DAC9" w14:textId="77777777" w:rsidR="00601C29" w:rsidRDefault="00000000">
      <w:pPr>
        <w:pStyle w:val="ListBullet"/>
      </w:pPr>
      <w:r>
        <w:t>Conducted audits and minimized stock losses.</w:t>
      </w:r>
    </w:p>
    <w:p w14:paraId="307A2ADC" w14:textId="77777777" w:rsidR="00601C29" w:rsidRDefault="00000000">
      <w:pPr>
        <w:pStyle w:val="ListBullet"/>
      </w:pPr>
      <w:r>
        <w:t>Prepared inventory balance and shortage reports.</w:t>
      </w:r>
    </w:p>
    <w:p w14:paraId="59CB0B98" w14:textId="77777777" w:rsidR="00601C29" w:rsidRDefault="00000000">
      <w:r>
        <w:rPr>
          <w:b/>
        </w:rPr>
        <w:t>NTC Logistics Pvt Ltd – Chennai, India | Logistics Coordinator</w:t>
      </w:r>
    </w:p>
    <w:p w14:paraId="5D889F9B" w14:textId="77777777" w:rsidR="00601C29" w:rsidRDefault="00000000">
      <w:r>
        <w:t>2012 – 2015</w:t>
      </w:r>
    </w:p>
    <w:p w14:paraId="5D5FF1E5" w14:textId="77777777" w:rsidR="00601C29" w:rsidRDefault="00000000">
      <w:pPr>
        <w:pStyle w:val="ListBullet"/>
      </w:pPr>
      <w:r>
        <w:t>Coordinated shipments and documentation.</w:t>
      </w:r>
    </w:p>
    <w:p w14:paraId="44CFD04F" w14:textId="77777777" w:rsidR="00601C29" w:rsidRDefault="00000000">
      <w:pPr>
        <w:pStyle w:val="ListBullet"/>
      </w:pPr>
      <w:r>
        <w:t>Prepared bills of lading and ensured timely dispatch.</w:t>
      </w:r>
    </w:p>
    <w:p w14:paraId="737732AC" w14:textId="77777777" w:rsidR="00601C29" w:rsidRDefault="00000000">
      <w:pPr>
        <w:pStyle w:val="ListBullet"/>
      </w:pPr>
      <w:r>
        <w:t>Worked with transport partners for smooth delivery.</w:t>
      </w:r>
    </w:p>
    <w:p w14:paraId="3EDFF7BB" w14:textId="77777777" w:rsidR="00601C29" w:rsidRDefault="00000000">
      <w:r>
        <w:rPr>
          <w:b/>
          <w:sz w:val="28"/>
        </w:rPr>
        <w:t>EDUCATION</w:t>
      </w:r>
    </w:p>
    <w:p w14:paraId="312F9587" w14:textId="77777777" w:rsidR="00601C29" w:rsidRDefault="00000000">
      <w:pPr>
        <w:pStyle w:val="ListBullet"/>
      </w:pPr>
      <w:r>
        <w:t>MBA – Finance &amp; HR, Happy Valley Business School, Coimbatore</w:t>
      </w:r>
    </w:p>
    <w:p w14:paraId="098838A8" w14:textId="77777777" w:rsidR="00601C29" w:rsidRDefault="00000000">
      <w:pPr>
        <w:pStyle w:val="ListBullet"/>
      </w:pPr>
      <w:r>
        <w:t>BBA – Sivanthi Aditanar College, Tirunelveli</w:t>
      </w:r>
    </w:p>
    <w:p w14:paraId="49F24BFD" w14:textId="77777777" w:rsidR="00601C29" w:rsidRDefault="00000000">
      <w:r>
        <w:rPr>
          <w:b/>
          <w:sz w:val="28"/>
        </w:rPr>
        <w:t>TECHNICAL SKILLS</w:t>
      </w:r>
    </w:p>
    <w:p w14:paraId="6B3C7084" w14:textId="47AB83B2" w:rsidR="00601C29" w:rsidRDefault="00000000" w:rsidP="00DA620D">
      <w:pPr>
        <w:pStyle w:val="ListBullet"/>
      </w:pPr>
      <w:r>
        <w:t>MS Office (Excel Advanced, Word)</w:t>
      </w:r>
    </w:p>
    <w:p w14:paraId="08B55AF0" w14:textId="77777777" w:rsidR="00601C29" w:rsidRDefault="00000000">
      <w:pPr>
        <w:pStyle w:val="ListBullet"/>
      </w:pPr>
      <w:r>
        <w:t>ERP &amp; Inventory Management Systems</w:t>
      </w:r>
    </w:p>
    <w:p w14:paraId="306E5AB7" w14:textId="77777777" w:rsidR="00601C29" w:rsidRDefault="00000000">
      <w:r>
        <w:rPr>
          <w:b/>
          <w:sz w:val="28"/>
        </w:rPr>
        <w:t>PERSONAL DETAILS</w:t>
      </w:r>
    </w:p>
    <w:p w14:paraId="149AFACC" w14:textId="77777777" w:rsidR="00601C29" w:rsidRDefault="00000000">
      <w:pPr>
        <w:pStyle w:val="ListBullet"/>
      </w:pPr>
      <w:r>
        <w:t>Date of Birth: 06 December 1991</w:t>
      </w:r>
    </w:p>
    <w:p w14:paraId="0317B5A7" w14:textId="2144576A" w:rsidR="00601C29" w:rsidRDefault="00000000" w:rsidP="00DA620D">
      <w:pPr>
        <w:pStyle w:val="ListBullet"/>
      </w:pPr>
      <w:r>
        <w:t>Languages: Tamil, English, Malayalam, Hindi</w:t>
      </w:r>
      <w:r w:rsidR="00DA620D" w:rsidRPr="00DA620D">
        <w:rPr>
          <w:b/>
          <w:bCs/>
        </w:rPr>
        <w:t xml:space="preserve">:    </w:t>
      </w:r>
      <w:r w:rsidRPr="00DA620D">
        <w:rPr>
          <w:b/>
          <w:bCs/>
        </w:rPr>
        <w:t>Nationality</w:t>
      </w:r>
      <w:r>
        <w:t>: Indian</w:t>
      </w:r>
    </w:p>
    <w:sectPr w:rsidR="00601C29"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39087016">
    <w:abstractNumId w:val="8"/>
  </w:num>
  <w:num w:numId="2" w16cid:durableId="1190030300">
    <w:abstractNumId w:val="6"/>
  </w:num>
  <w:num w:numId="3" w16cid:durableId="267201452">
    <w:abstractNumId w:val="5"/>
  </w:num>
  <w:num w:numId="4" w16cid:durableId="1985622530">
    <w:abstractNumId w:val="4"/>
  </w:num>
  <w:num w:numId="5" w16cid:durableId="925839905">
    <w:abstractNumId w:val="7"/>
  </w:num>
  <w:num w:numId="6" w16cid:durableId="1220245621">
    <w:abstractNumId w:val="3"/>
  </w:num>
  <w:num w:numId="7" w16cid:durableId="163591360">
    <w:abstractNumId w:val="2"/>
  </w:num>
  <w:num w:numId="8" w16cid:durableId="1401056378">
    <w:abstractNumId w:val="1"/>
  </w:num>
  <w:num w:numId="9" w16cid:durableId="1027557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516999"/>
    <w:rsid w:val="00601C29"/>
    <w:rsid w:val="00AA1D8D"/>
    <w:rsid w:val="00B47730"/>
    <w:rsid w:val="00CB0664"/>
    <w:rsid w:val="00DA620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7125A6"/>
  <w14:defaultImageDpi w14:val="300"/>
  <w15:docId w15:val="{A91C2F51-812C-4472-8726-04F7DD2A4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404</Words>
  <Characters>2306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2705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raj kosthanthony</cp:lastModifiedBy>
  <cp:revision>2</cp:revision>
  <dcterms:created xsi:type="dcterms:W3CDTF">2013-12-23T23:15:00Z</dcterms:created>
  <dcterms:modified xsi:type="dcterms:W3CDTF">2026-02-13T11:59:00Z</dcterms:modified>
  <cp:category/>
</cp:coreProperties>
</file>