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969A6" w14:textId="09E8512F" w:rsidR="00D67CFA" w:rsidRPr="0069628D" w:rsidRDefault="007E7C0F">
      <w:pPr>
        <w:pStyle w:val="Heading1"/>
      </w:pPr>
      <w:r w:rsidRPr="0069628D">
        <w:t>WAREHOUSE SUPERVISOR | WEEKEND DRIVER / DELIVERY ASSOCIATE</w:t>
      </w:r>
    </w:p>
    <w:p w14:paraId="307F2BED" w14:textId="77777777" w:rsidR="0069628D" w:rsidRPr="0069628D" w:rsidRDefault="0069628D" w:rsidP="0069628D">
      <w:pPr>
        <w:rPr>
          <w:sz w:val="18"/>
          <w:szCs w:val="18"/>
        </w:rPr>
      </w:pPr>
    </w:p>
    <w:p w14:paraId="11C6BEED" w14:textId="70BF08FE" w:rsidR="00D67CFA" w:rsidRPr="0069628D" w:rsidRDefault="007E7C0F" w:rsidP="0069628D">
      <w:pPr>
        <w:pBdr>
          <w:bottom w:val="single" w:sz="4" w:space="1" w:color="auto"/>
        </w:pBdr>
        <w:rPr>
          <w:sz w:val="18"/>
          <w:szCs w:val="18"/>
          <w:u w:val="single"/>
        </w:rPr>
      </w:pPr>
      <w:r w:rsidRPr="0069628D">
        <w:rPr>
          <w:b/>
          <w:sz w:val="18"/>
          <w:szCs w:val="18"/>
        </w:rPr>
        <w:t xml:space="preserve">Name: </w:t>
      </w:r>
      <w:r w:rsidR="0069628D" w:rsidRPr="0024472E">
        <w:rPr>
          <w:b/>
          <w:bCs/>
          <w:sz w:val="20"/>
          <w:szCs w:val="20"/>
        </w:rPr>
        <w:t>ADHIL R. S</w:t>
      </w:r>
      <w:r w:rsidRPr="0069628D">
        <w:rPr>
          <w:sz w:val="18"/>
          <w:szCs w:val="18"/>
        </w:rPr>
        <w:br/>
      </w:r>
      <w:r w:rsidRPr="0069628D">
        <w:rPr>
          <w:b/>
          <w:sz w:val="18"/>
          <w:szCs w:val="18"/>
        </w:rPr>
        <w:t xml:space="preserve">Location: </w:t>
      </w:r>
      <w:r w:rsidRPr="0069628D">
        <w:rPr>
          <w:sz w:val="18"/>
          <w:szCs w:val="18"/>
        </w:rPr>
        <w:t>Dubai, UAE</w:t>
      </w:r>
      <w:r w:rsidRPr="0069628D">
        <w:rPr>
          <w:sz w:val="18"/>
          <w:szCs w:val="18"/>
        </w:rPr>
        <w:br/>
      </w:r>
      <w:r w:rsidRPr="0069628D">
        <w:rPr>
          <w:b/>
          <w:sz w:val="18"/>
          <w:szCs w:val="18"/>
        </w:rPr>
        <w:t xml:space="preserve">Mobile: </w:t>
      </w:r>
      <w:r w:rsidR="0069628D" w:rsidRPr="0069628D">
        <w:rPr>
          <w:sz w:val="18"/>
          <w:szCs w:val="18"/>
        </w:rPr>
        <w:t>0504065418</w:t>
      </w:r>
      <w:r w:rsidRPr="0069628D">
        <w:rPr>
          <w:sz w:val="18"/>
          <w:szCs w:val="18"/>
        </w:rPr>
        <w:br/>
      </w:r>
      <w:r w:rsidRPr="0069628D">
        <w:rPr>
          <w:b/>
          <w:sz w:val="18"/>
          <w:szCs w:val="18"/>
        </w:rPr>
        <w:t xml:space="preserve">Email: </w:t>
      </w:r>
      <w:r w:rsidR="0069628D" w:rsidRPr="0069628D">
        <w:rPr>
          <w:sz w:val="18"/>
          <w:szCs w:val="18"/>
        </w:rPr>
        <w:t>aadhishahul@gmail.com</w:t>
      </w:r>
      <w:r w:rsidRPr="0069628D">
        <w:rPr>
          <w:sz w:val="18"/>
          <w:szCs w:val="18"/>
        </w:rPr>
        <w:br/>
      </w:r>
      <w:r w:rsidRPr="0069628D">
        <w:rPr>
          <w:b/>
          <w:sz w:val="18"/>
          <w:szCs w:val="18"/>
        </w:rPr>
        <w:t xml:space="preserve">Driving Licence: </w:t>
      </w:r>
      <w:r w:rsidRPr="0069628D">
        <w:rPr>
          <w:sz w:val="18"/>
          <w:szCs w:val="18"/>
        </w:rPr>
        <w:t>Valid UAE Licence | Own Car Available</w:t>
      </w:r>
      <w:r w:rsidRPr="0069628D">
        <w:rPr>
          <w:sz w:val="18"/>
          <w:szCs w:val="18"/>
        </w:rPr>
        <w:br/>
      </w:r>
    </w:p>
    <w:p w14:paraId="109757BA" w14:textId="77777777" w:rsidR="00D67CFA" w:rsidRPr="0069628D" w:rsidRDefault="007E7C0F">
      <w:pPr>
        <w:pStyle w:val="Heading2"/>
        <w:rPr>
          <w:sz w:val="18"/>
          <w:szCs w:val="18"/>
          <w:u w:val="single"/>
        </w:rPr>
      </w:pPr>
      <w:r w:rsidRPr="0069628D">
        <w:rPr>
          <w:sz w:val="18"/>
          <w:szCs w:val="18"/>
          <w:u w:val="single"/>
        </w:rPr>
        <w:t>PROFESSIONAL SUMMARY</w:t>
      </w:r>
    </w:p>
    <w:p w14:paraId="190D34F1" w14:textId="77777777" w:rsidR="00D67CFA" w:rsidRPr="0069628D" w:rsidRDefault="007E7C0F">
      <w:pPr>
        <w:rPr>
          <w:sz w:val="18"/>
          <w:szCs w:val="18"/>
        </w:rPr>
      </w:pPr>
      <w:r w:rsidRPr="0069628D">
        <w:rPr>
          <w:sz w:val="18"/>
          <w:szCs w:val="18"/>
        </w:rPr>
        <w:t xml:space="preserve">Experienced Warehouse </w:t>
      </w:r>
      <w:r w:rsidRPr="0069628D">
        <w:rPr>
          <w:sz w:val="18"/>
          <w:szCs w:val="18"/>
        </w:rPr>
        <w:t>Supervisor with strong background in inventory management, dispatch coordination, and warehouse operations. Possessing over 8 years of UAE road driving experience with excellent knowledge of Dubai and Northern Emirates routes. Available for weekend driving</w:t>
      </w:r>
      <w:r w:rsidRPr="0069628D">
        <w:rPr>
          <w:sz w:val="18"/>
          <w:szCs w:val="18"/>
        </w:rPr>
        <w:t>, delivery, and logistics support roles using own vehicle.</w:t>
      </w:r>
    </w:p>
    <w:p w14:paraId="2AB4C823" w14:textId="77777777" w:rsidR="00D67CFA" w:rsidRPr="0069628D" w:rsidRDefault="007E7C0F">
      <w:pPr>
        <w:pStyle w:val="Heading2"/>
        <w:rPr>
          <w:sz w:val="18"/>
          <w:szCs w:val="18"/>
          <w:u w:val="single"/>
        </w:rPr>
      </w:pPr>
      <w:r w:rsidRPr="0069628D">
        <w:rPr>
          <w:sz w:val="18"/>
          <w:szCs w:val="18"/>
          <w:u w:val="single"/>
        </w:rPr>
        <w:t>CORE SKILLS</w:t>
      </w:r>
    </w:p>
    <w:p w14:paraId="746E9E3C" w14:textId="77777777" w:rsidR="00D67CFA" w:rsidRPr="0069628D" w:rsidRDefault="007E7C0F">
      <w:pPr>
        <w:rPr>
          <w:sz w:val="18"/>
          <w:szCs w:val="18"/>
        </w:rPr>
      </w:pPr>
      <w:r w:rsidRPr="0069628D">
        <w:rPr>
          <w:sz w:val="18"/>
          <w:szCs w:val="18"/>
        </w:rPr>
        <w:t>- Warehouse Operations &amp; Supervision</w:t>
      </w:r>
      <w:r w:rsidRPr="0069628D">
        <w:rPr>
          <w:sz w:val="18"/>
          <w:szCs w:val="18"/>
        </w:rPr>
        <w:br/>
        <w:t>- Inventory Control &amp; Dispatch Management</w:t>
      </w:r>
      <w:r w:rsidRPr="0069628D">
        <w:rPr>
          <w:sz w:val="18"/>
          <w:szCs w:val="18"/>
        </w:rPr>
        <w:br/>
        <w:t>- ERP / Stock Movement Systems</w:t>
      </w:r>
      <w:r w:rsidRPr="0069628D">
        <w:rPr>
          <w:sz w:val="18"/>
          <w:szCs w:val="18"/>
        </w:rPr>
        <w:br/>
        <w:t>- UAE Road &amp; Route Knowledge</w:t>
      </w:r>
      <w:r w:rsidRPr="0069628D">
        <w:rPr>
          <w:sz w:val="18"/>
          <w:szCs w:val="18"/>
        </w:rPr>
        <w:br/>
        <w:t>- Safe &amp; Defensive Driving</w:t>
      </w:r>
      <w:r w:rsidRPr="0069628D">
        <w:rPr>
          <w:sz w:val="18"/>
          <w:szCs w:val="18"/>
        </w:rPr>
        <w:br/>
        <w:t>- Time Management &amp;</w:t>
      </w:r>
      <w:r w:rsidRPr="0069628D">
        <w:rPr>
          <w:sz w:val="18"/>
          <w:szCs w:val="18"/>
        </w:rPr>
        <w:t xml:space="preserve"> Coordination</w:t>
      </w:r>
      <w:r w:rsidRPr="0069628D">
        <w:rPr>
          <w:sz w:val="18"/>
          <w:szCs w:val="18"/>
        </w:rPr>
        <w:br/>
        <w:t>- Customer &amp; Vendor Handling</w:t>
      </w:r>
      <w:r w:rsidRPr="0069628D">
        <w:rPr>
          <w:sz w:val="18"/>
          <w:szCs w:val="18"/>
        </w:rPr>
        <w:br/>
        <w:t>- 5S, Safety &amp; Compliance</w:t>
      </w:r>
    </w:p>
    <w:p w14:paraId="52B9547D" w14:textId="77777777" w:rsidR="00D67CFA" w:rsidRPr="0069628D" w:rsidRDefault="007E7C0F">
      <w:pPr>
        <w:pStyle w:val="Heading2"/>
        <w:rPr>
          <w:sz w:val="18"/>
          <w:szCs w:val="18"/>
          <w:u w:val="single"/>
        </w:rPr>
      </w:pPr>
      <w:r w:rsidRPr="0069628D">
        <w:rPr>
          <w:sz w:val="18"/>
          <w:szCs w:val="18"/>
          <w:u w:val="single"/>
        </w:rPr>
        <w:t>PROFESSIONAL EXPERIENCE</w:t>
      </w:r>
    </w:p>
    <w:p w14:paraId="2AEB2072" w14:textId="760AF6C6" w:rsidR="00D67CFA" w:rsidRPr="0069628D" w:rsidRDefault="007E7C0F">
      <w:pPr>
        <w:rPr>
          <w:sz w:val="18"/>
          <w:szCs w:val="18"/>
        </w:rPr>
      </w:pPr>
      <w:r w:rsidRPr="008E59C2">
        <w:rPr>
          <w:sz w:val="18"/>
          <w:szCs w:val="18"/>
        </w:rPr>
        <w:t xml:space="preserve">Warehouse </w:t>
      </w:r>
      <w:r w:rsidRPr="008E59C2">
        <w:rPr>
          <w:i/>
          <w:iCs/>
          <w:sz w:val="18"/>
          <w:szCs w:val="18"/>
        </w:rPr>
        <w:t>Supervisor</w:t>
      </w:r>
      <w:r w:rsidR="008E59C2" w:rsidRPr="008E59C2">
        <w:rPr>
          <w:i/>
          <w:iCs/>
          <w:sz w:val="18"/>
          <w:szCs w:val="18"/>
        </w:rPr>
        <w:t xml:space="preserve">      (Can Support Weekend/off Hour Duties)</w:t>
      </w:r>
      <w:r w:rsidRPr="0069628D">
        <w:rPr>
          <w:sz w:val="18"/>
          <w:szCs w:val="18"/>
        </w:rPr>
        <w:br/>
        <w:t>• Supervise daily warehouse activities including receiving, storage, picking, packing, and dispatch</w:t>
      </w:r>
      <w:r w:rsidRPr="0069628D">
        <w:rPr>
          <w:sz w:val="18"/>
          <w:szCs w:val="18"/>
        </w:rPr>
        <w:br/>
        <w:t>• Maintain inventory accuracy and handle s</w:t>
      </w:r>
      <w:r w:rsidRPr="0069628D">
        <w:rPr>
          <w:sz w:val="18"/>
          <w:szCs w:val="18"/>
        </w:rPr>
        <w:t>tock reconciliation</w:t>
      </w:r>
      <w:r w:rsidRPr="0069628D">
        <w:rPr>
          <w:sz w:val="18"/>
          <w:szCs w:val="18"/>
        </w:rPr>
        <w:br/>
        <w:t>• Coordinate with production, procurement, and logistics teams</w:t>
      </w:r>
      <w:r w:rsidRPr="0069628D">
        <w:rPr>
          <w:sz w:val="18"/>
          <w:szCs w:val="18"/>
        </w:rPr>
        <w:br/>
        <w:t>• Ensure FIFO, safety standards, and operational efficiency</w:t>
      </w:r>
      <w:r w:rsidRPr="0069628D">
        <w:rPr>
          <w:sz w:val="18"/>
          <w:szCs w:val="18"/>
        </w:rPr>
        <w:br/>
        <w:t>• Prepare and verify GRN, delivery notes, and stock transfer documents</w:t>
      </w:r>
    </w:p>
    <w:p w14:paraId="19487182" w14:textId="77777777" w:rsidR="00D67CFA" w:rsidRPr="0069628D" w:rsidRDefault="007E7C0F">
      <w:pPr>
        <w:rPr>
          <w:sz w:val="18"/>
          <w:szCs w:val="18"/>
        </w:rPr>
      </w:pPr>
      <w:r w:rsidRPr="0069628D">
        <w:rPr>
          <w:sz w:val="18"/>
          <w:szCs w:val="18"/>
        </w:rPr>
        <w:t>Weekend Driver / Delivery Support (Part-Ti</w:t>
      </w:r>
      <w:r w:rsidRPr="0069628D">
        <w:rPr>
          <w:sz w:val="18"/>
          <w:szCs w:val="18"/>
        </w:rPr>
        <w:t>me)</w:t>
      </w:r>
      <w:r w:rsidRPr="0069628D">
        <w:rPr>
          <w:sz w:val="18"/>
          <w:szCs w:val="18"/>
        </w:rPr>
        <w:br/>
        <w:t>• Perform weekend and off-hour deliveries and pickups</w:t>
      </w:r>
      <w:r w:rsidRPr="0069628D">
        <w:rPr>
          <w:sz w:val="18"/>
          <w:szCs w:val="18"/>
        </w:rPr>
        <w:br/>
        <w:t>• Handle vendor, customer, and inter-warehouse deliveries</w:t>
      </w:r>
      <w:r w:rsidRPr="0069628D">
        <w:rPr>
          <w:sz w:val="18"/>
          <w:szCs w:val="18"/>
        </w:rPr>
        <w:br/>
        <w:t>• Ensure timely, safe, and accurate delivery of goods</w:t>
      </w:r>
      <w:r w:rsidRPr="0069628D">
        <w:rPr>
          <w:sz w:val="18"/>
          <w:szCs w:val="18"/>
        </w:rPr>
        <w:br/>
        <w:t>• Maintain vehicle condition and delivery records</w:t>
      </w:r>
    </w:p>
    <w:p w14:paraId="0B3755A2" w14:textId="77777777" w:rsidR="00D67CFA" w:rsidRPr="0069628D" w:rsidRDefault="007E7C0F">
      <w:pPr>
        <w:pStyle w:val="Heading2"/>
        <w:rPr>
          <w:sz w:val="18"/>
          <w:szCs w:val="18"/>
          <w:u w:val="single"/>
        </w:rPr>
      </w:pPr>
      <w:r w:rsidRPr="0069628D">
        <w:rPr>
          <w:sz w:val="18"/>
          <w:szCs w:val="18"/>
          <w:u w:val="single"/>
        </w:rPr>
        <w:t>EXPERIENCE HIGHLIGHTS</w:t>
      </w:r>
    </w:p>
    <w:p w14:paraId="64DCCD50" w14:textId="4ADB3C3A" w:rsidR="00D67CFA" w:rsidRPr="0069628D" w:rsidRDefault="007E7C0F">
      <w:pPr>
        <w:rPr>
          <w:sz w:val="18"/>
          <w:szCs w:val="18"/>
        </w:rPr>
      </w:pPr>
      <w:r w:rsidRPr="0069628D">
        <w:rPr>
          <w:sz w:val="18"/>
          <w:szCs w:val="18"/>
        </w:rPr>
        <w:t xml:space="preserve">• Warehouse &amp; </w:t>
      </w:r>
      <w:r w:rsidRPr="0069628D">
        <w:rPr>
          <w:sz w:val="18"/>
          <w:szCs w:val="18"/>
        </w:rPr>
        <w:t xml:space="preserve">Logistics Experience: </w:t>
      </w:r>
      <w:r w:rsidR="0069628D" w:rsidRPr="0069628D">
        <w:rPr>
          <w:sz w:val="18"/>
          <w:szCs w:val="18"/>
        </w:rPr>
        <w:t>10</w:t>
      </w:r>
      <w:r w:rsidRPr="0069628D">
        <w:rPr>
          <w:sz w:val="18"/>
          <w:szCs w:val="18"/>
        </w:rPr>
        <w:t xml:space="preserve"> Years</w:t>
      </w:r>
      <w:r w:rsidRPr="0069628D">
        <w:rPr>
          <w:sz w:val="18"/>
          <w:szCs w:val="18"/>
        </w:rPr>
        <w:br/>
        <w:t>• UAE Driving Experience: 8+ Years</w:t>
      </w:r>
      <w:r w:rsidRPr="0069628D">
        <w:rPr>
          <w:sz w:val="18"/>
          <w:szCs w:val="18"/>
        </w:rPr>
        <w:br/>
        <w:t>• Experience in handling urgent and time-sensitive deliveries</w:t>
      </w:r>
    </w:p>
    <w:p w14:paraId="05BD6F60" w14:textId="77777777" w:rsidR="00D67CFA" w:rsidRPr="0069628D" w:rsidRDefault="007E7C0F">
      <w:pPr>
        <w:pStyle w:val="Heading2"/>
        <w:rPr>
          <w:sz w:val="18"/>
          <w:szCs w:val="18"/>
          <w:u w:val="single"/>
        </w:rPr>
      </w:pPr>
      <w:r w:rsidRPr="0069628D">
        <w:rPr>
          <w:sz w:val="18"/>
          <w:szCs w:val="18"/>
          <w:u w:val="single"/>
        </w:rPr>
        <w:t>AVAILABILITY</w:t>
      </w:r>
    </w:p>
    <w:p w14:paraId="4F666C46" w14:textId="4A38E9C1" w:rsidR="00D67CFA" w:rsidRPr="0069628D" w:rsidRDefault="007E7C0F">
      <w:pPr>
        <w:rPr>
          <w:sz w:val="18"/>
          <w:szCs w:val="18"/>
        </w:rPr>
      </w:pPr>
      <w:r w:rsidRPr="0069628D">
        <w:rPr>
          <w:sz w:val="18"/>
          <w:szCs w:val="18"/>
        </w:rPr>
        <w:br/>
        <w:t>• Weekends / Evenings: Driving, Delivery, Courier, Logistics Support</w:t>
      </w:r>
    </w:p>
    <w:p w14:paraId="71E4D845" w14:textId="56F683EF" w:rsidR="00D67CFA" w:rsidRPr="0069628D" w:rsidRDefault="00D67CFA">
      <w:pPr>
        <w:rPr>
          <w:sz w:val="18"/>
          <w:szCs w:val="18"/>
        </w:rPr>
      </w:pPr>
    </w:p>
    <w:sectPr w:rsidR="00D67CFA" w:rsidRPr="0069628D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A66DB1" w14:textId="77777777" w:rsidR="00432146" w:rsidRDefault="00432146" w:rsidP="00432146">
      <w:pPr>
        <w:spacing w:after="0" w:line="240" w:lineRule="auto"/>
      </w:pPr>
      <w:r>
        <w:separator/>
      </w:r>
    </w:p>
  </w:endnote>
  <w:endnote w:type="continuationSeparator" w:id="0">
    <w:p w14:paraId="6F8643AC" w14:textId="77777777" w:rsidR="00432146" w:rsidRDefault="00432146" w:rsidP="00432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37336" w14:textId="77777777" w:rsidR="00432146" w:rsidRDefault="00432146" w:rsidP="00432146">
      <w:pPr>
        <w:spacing w:after="0" w:line="240" w:lineRule="auto"/>
      </w:pPr>
      <w:r>
        <w:separator/>
      </w:r>
    </w:p>
  </w:footnote>
  <w:footnote w:type="continuationSeparator" w:id="0">
    <w:p w14:paraId="32FF0EE2" w14:textId="77777777" w:rsidR="00432146" w:rsidRDefault="00432146" w:rsidP="00432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11A75" w14:textId="08025B8C" w:rsidR="00432146" w:rsidRPr="007E7C0F" w:rsidRDefault="00432146">
    <w:pPr>
      <w:pStyle w:val="Header"/>
      <w:rPr>
        <w:b/>
        <w:bCs/>
        <w:sz w:val="28"/>
        <w:szCs w:val="28"/>
      </w:rPr>
    </w:pPr>
    <w:r w:rsidRPr="007E7C0F">
      <w:rPr>
        <w:b/>
        <w:bCs/>
        <w:sz w:val="28"/>
        <w:szCs w:val="28"/>
      </w:rPr>
      <w:t xml:space="preserve">FOR PART TIME </w:t>
    </w:r>
    <w:r w:rsidR="007E7C0F" w:rsidRPr="007E7C0F">
      <w:rPr>
        <w:b/>
        <w:bCs/>
        <w:sz w:val="28"/>
        <w:szCs w:val="28"/>
      </w:rPr>
      <w:t xml:space="preserve">/OFF </w:t>
    </w:r>
    <w:proofErr w:type="gramStart"/>
    <w:r w:rsidR="007E7C0F" w:rsidRPr="007E7C0F">
      <w:rPr>
        <w:b/>
        <w:bCs/>
        <w:sz w:val="28"/>
        <w:szCs w:val="28"/>
      </w:rPr>
      <w:t>HOUR  JOBS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472E"/>
    <w:rsid w:val="0029639D"/>
    <w:rsid w:val="00326F90"/>
    <w:rsid w:val="00432146"/>
    <w:rsid w:val="0069628D"/>
    <w:rsid w:val="007E7C0F"/>
    <w:rsid w:val="008E59C2"/>
    <w:rsid w:val="00AA1D8D"/>
    <w:rsid w:val="00B47730"/>
    <w:rsid w:val="00BE0380"/>
    <w:rsid w:val="00CB0664"/>
    <w:rsid w:val="00D67CF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1456A3"/>
  <w14:defaultImageDpi w14:val="300"/>
  <w15:docId w15:val="{7E48893B-7674-4E15-A71A-222BEA803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Adhil Shahul</cp:lastModifiedBy>
  <cp:revision>6</cp:revision>
  <dcterms:created xsi:type="dcterms:W3CDTF">2026-02-03T07:15:00Z</dcterms:created>
  <dcterms:modified xsi:type="dcterms:W3CDTF">2026-02-03T07:18:00Z</dcterms:modified>
  <cp:category/>
</cp:coreProperties>
</file>